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מגלים מילים - לשון לכיתות ג׳-ד׳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והפכים ולהבין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על התאמה בזכר ונקבה, יחיד ורבים ובזמנים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רעיון מרכזי במבנה סיפור ולבנות סיפור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אוצר מילים -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הלב נפל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 ומשפחת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(שורש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(שורש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(שורש 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(משפחת 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(משפחת 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(משפחת ש-מ-ר)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זכר ונקבה,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עבר, הווה,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כתב מציינת פעולה שכבר קרתה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תשחק מציינת פעולה שעוד תקרה, זה זמן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אוכלים מציינת פעולה שקורית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ברבים זכר מוסיפים ים וברבים נקבה מוסיפים 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רעיון מרכזי ומבנה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- משהו שמפריע או קשה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ניסיונות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הדמות מוצאת דרך לפתור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איך הסתיים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פתיחה עם הצגת דמות ומקום, יכלול בעיה ברורה ולפחות שני שמות תואר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נכונים מבחינת זמן דקדוקי, עם התאמה בין הדמות לפועל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 למשל זעיר, הפוכה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ש-מ-ר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בעיה,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התרגילים בזוגות ולהשוות תשובות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נפרד לכל נושא לשוני ולא לערבב בין כולם באותו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מגלים מילים - לשון לכיתות ג׳-ד׳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כמה נושאים מעולם הלשון: מילים נרדפות והפכים, שורש ומשפחת מילים, התאמה בזכר ונקבה וביחיד וברבים, זמנים (עבר-הווה-עתיד), הבנת הנקרא ומבנה 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אוצר מילים -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מילה הפוכה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מילה נרדפת למילה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מילה הפוכה למילה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ביטוי מתאר מישהו שמפחד?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של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הלב נפל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 פתוח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משפחת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משפחת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משפחת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שורש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זכר ונקבה,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ילדה __________ (חכם בנקבה יחיד)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__________ (חכם בזכר 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ילדות __________ (חכם בנקבה 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__________ (הולך בזמן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__________ (הולך בזמן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אנחנו __________ (לומד בזמן הווה רבים)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עבר, הווה,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'הוא כתב מכתב' נמצא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'היא תשחק בחצר' נמצא בזמן 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'הם אוכלים ארוחת צהריים' נמצא בזמן 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במעבר מיחיד לרבים תמיד מוסיפים את האות ת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רעיון מרכזי ומבנה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איך הסתיים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ניסיונות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הכרת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- משהו שמפריע או קשה לדמות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- הדמות מוצאת דרך לפתור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פתיחה קצרה לסיפור שבו יש בעיה שצריך לפתור. השתמשו בלפחות שני תארים.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בזמן עבר ומשפט אחד בזמן עתיד על אותה 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ומילה הפוכה אחת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'שומרים'?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הם ארבעת חלקי מבנה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מגלים מילים - לשון לכיתות ג׳-ד׳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