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מגלים מילים - לשון לכיתות ג׳-ד׳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והפכים ולהבין שורש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לשמור על התאמה בזכר ונקבה, יחיד ורבים ובזמנים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רעיון מרכזי במבנה סיפור ולבנות סיפור 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אוצר מילים -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הלב נפל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שורש ומשפחת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(שורש 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(שורש 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(שורש 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(משפחת 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(משפחת 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(משפחת ש-מ-ר)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זכר ונקבה,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חכמים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לומדים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עבר, הווה,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כתב מציינת פעולה שכבר קרתה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תשחק מציינת פעולה שעוד תקרה, זה זמן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המילה אוכלים מציינת פעולה שקורית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ברבים זכר מוסיפים ים וברבים נקבה מוסיפים 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רעיון מרכזי ומבנה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הכרת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בעיה - משהו שמפריע או קשה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ניסיונות לפתור את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פתרון - הדמות מוצאת דרך לפתור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איך הסתיים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פתיחה עם הצגת דמות ומקום, יכלול בעיה ברורה ולפחות שני שמות תואר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נכונים מבחינת זמן דקדוקי, עם התאמה בין הדמות לפועל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נרדפת למשל זעיר, הפוכה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הוא ש-מ-ר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בעיה, פתרון,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התרגילים בזוגות ולהשוות תשובות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נפרד לכל נושא לשוני ולא לערבב בין כולם באותו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מגלים מילים - לשון לכיתות ג׳-ד׳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דומות, שורש של מילים, זכר ונקבה, יחיד ורבים, זמנים, והבנה של 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להן אותה משמעות, למשל שמח ועליז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הפוכות במשמעות, למשל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בונים משפחת מילים, למשל כ-ת-ב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שנבנו מאותו שורש, למשל כתב, כתיבה, מכתב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זכר או נקבה, יחיד או רבים בין שם לתואר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עבר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שקרה כבר, למשל הוא 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עתיד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שעוד יקרה, למשל הוא יכתוב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הכי חשוב שהסיפור רוצה להגיד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אוצר מילים -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דומה במשמעות למילה שמח?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ההפך מגדול?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במשמעות ליפה?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ההפך ממהר?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ביטוי מתאר פחד?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 של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הלב נפל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 פתוח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שורש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משפחת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משפחת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שורש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משפחת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שורש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שורש ש-מ-ר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זכר ונקבה,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ילדה __________ (חכם בנקבה יחיד)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__________ (חכם בזכר 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ילדות __________ (חכם בנקבה 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הוא __________ (הולך בזמן עבר)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היא __________ (הולך בזמן עתיד)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אנחנו __________ (לומד בזמן הווה רבים)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עבר, הווה, 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'הוא כתב מכתב' נמצא בזמן 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'היא תשחק בחצר' נמצא בזמן הווה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'הם אוכלים ארוחת צהריים' נמצא בזמן הווה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במעבר מיחיד לרבים תמיד מוסיפים את האות ת בסוף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רעיון מרכזי ומבנה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ניסיונות לפתור את הבעיה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הכרת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- הדמות מוצאת דרך לפתור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איך הסתיים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- משהו שמפריע או קשה לדמות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פתיחה קצרה לסיפור שבו יש בעיה שצריך לפתור. השתמשו בלפחות שני תארים.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בזמן עבר ומשפט אחד בזמן עתיד על אותה דמות.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אחת ומילה הפוכה אחת למילה 'קטן'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'שומרים'?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הם ארבעת חלקי מבנה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מגלים מילים - לשון לכיתות ג׳-ד׳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