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מגלים מילים - לשון לכיתות ג׳-ד׳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והפכים ולהבין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 על התאמה בזכר ונקבה, יחיד ורבים ובזמנים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רעיון מרכזי במבנה סיפור ולבנות סיפור 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אוצר מילים -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שורש ומשפחת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(שורש 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(שורש 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(שורש 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(משפחת כ-ת-ב)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זכר ונקבה,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חכמים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עבר, הווה,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כתב מציינת פעולה שכבר קרתה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תשחק מציינת פעולה שעוד תקרה, זה זמן 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רעיון מרכזי ומבנה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הכרת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בעיה - משהו שמפריע או קשה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ניסיונות לפתור את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 - הדמות מוצאת דרך לפתור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פתיחה עם הצגת דמות ומקום, יכלול בעיה ברורה ולפחות שני שמות תואר מתאימים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 למשל זעיר, הפוכה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ש-מ-ר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בעיה, פתרון,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התרגילים בזוגות ולהשוות תשובות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נפרד לכל נושא לשוני ולא לערבב בין כולם באותו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מגלים מילים - לשון לכיתות ג׳-ד׳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כמה נושאים מעולם הלשון: מילים נרדפות והפכים, שורש ומשפחת מילים, התאמה בזכר ונקבה וביחיד וברבים, זמנים (עבר-הווה-עתיד), הבנת הנקרא ומבנה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חכמה  ·  חכמים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אוצר מילים -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מילה נרדפת למילה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מילה הפוכה למילה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שורש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שורש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משפחת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שורש ל-מ-ד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זכר ונקבה,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ילדה __________ (חכם בנקבה יחיד)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ילדים __________ (חכם בזכר רבים)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עבר, הווה, 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'הוא כתב מכתב' נמצא בזמן 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'היא תשחק בחצר' נמצא בזמן הווה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רעיון מרכזי ומבנה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ניסיונות לפתור את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פתרון - הדמות מוצאת דרך לפתור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- הכרת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בעיה - משהו שמפריע או קשה לדמות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פתיחה קצרה לסיפור שבו יש בעיה שצריך לפתור. השתמשו בלפחות שני תארים.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נרדפת אחת ומילה הפוכה אחת למילה 'קטן'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של המילה 'שומרים'?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מגלים מילים - לשון לכיתות ג׳-ד׳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